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ALLEGATO A</w:t>
      </w:r>
    </w:p>
    <w:p>
      <w:pPr>
        <w:pStyle w:val="Normal"/>
        <w:jc w:val="center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MODULO DI MANIFESTAZIONE DI DISPONIBILITÀ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Alla ASL n. 5 di Oristano</w:t>
        <w:br/>
      </w:r>
      <w:r>
        <w:rPr>
          <w:rFonts w:ascii="Arial Narrow" w:hAnsi="Arial Narrow"/>
          <w:color w:val="auto"/>
          <w:sz w:val="22"/>
          <w:szCs w:val="22"/>
          <w:lang w:val="it-IT"/>
        </w:rPr>
        <w:t>PEC: protocollo@pec.asloristano.it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Oggetto: </w:t>
      </w:r>
      <w:r>
        <w:rPr>
          <w:rFonts w:ascii="Arial Narrow" w:hAnsi="Arial Narrow"/>
          <w:color w:val="auto"/>
          <w:sz w:val="22"/>
          <w:szCs w:val="22"/>
          <w:lang w:val="it-IT"/>
        </w:rPr>
        <w:t>Avviso pubblico esplorativo per la ricognizione della disponibilità di strutture ricettive per la sistemazione alloggiativa temporanea di professionisti sanitari provenienti dall’estero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Il/La sottoscritto/a: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nato/a 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 il 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C.F.: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in qualità di: </w:t>
      </w:r>
      <w:r>
        <w:rPr>
          <w:rFonts w:ascii="Arial Narrow" w:hAnsi="Arial Narrow"/>
          <w:color w:val="auto"/>
          <w:sz w:val="22"/>
          <w:szCs w:val="22"/>
          <w:lang w:val="it-IT"/>
        </w:rPr>
        <w:t>☐ titolare   ☐ legale rappresentante   ☐ altro ____________________________</w:t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DATI DELLA STRUTTURA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Denominazione: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Tipologia: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Indirizzo completo: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Comune / CAP: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C.F./P.IVA: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Telefono: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E-mail: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PEC: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Sito internet, se disponibile: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</w:t>
      </w:r>
    </w:p>
    <w:p>
      <w:pPr>
        <w:pStyle w:val="Titolo1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DICHIARA</w:t>
      </w:r>
    </w:p>
    <w:p>
      <w:pPr>
        <w:pStyle w:val="Normal"/>
        <w:ind w:left="227" w:hanging="0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1. </w:t>
      </w:r>
      <w:r>
        <w:rPr>
          <w:rFonts w:ascii="Arial Narrow" w:hAnsi="Arial Narrow"/>
          <w:color w:val="auto"/>
          <w:sz w:val="22"/>
          <w:szCs w:val="22"/>
          <w:lang w:val="it-IT"/>
        </w:rPr>
        <w:t>che la struttura sopra indicata è regolarmente abilitata all’esercizio dell’attività ricettiva secondo la normativa vigente;</w:t>
      </w:r>
    </w:p>
    <w:p>
      <w:pPr>
        <w:pStyle w:val="Normal"/>
        <w:ind w:left="227" w:hanging="0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2. </w:t>
      </w:r>
      <w:r>
        <w:rPr>
          <w:rFonts w:ascii="Arial Narrow" w:hAnsi="Arial Narrow"/>
          <w:color w:val="auto"/>
          <w:sz w:val="22"/>
          <w:szCs w:val="22"/>
          <w:lang w:val="it-IT"/>
        </w:rPr>
        <w:t>di avere preso visione dell’avviso pubblico e di essere consapevole della natura esclusivamente esplorativa e non vincolante della presente ricognizione;</w:t>
      </w:r>
    </w:p>
    <w:p>
      <w:pPr>
        <w:pStyle w:val="Normal"/>
        <w:ind w:left="227" w:hanging="0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3. </w:t>
      </w:r>
      <w:r>
        <w:rPr>
          <w:rFonts w:ascii="Arial Narrow" w:hAnsi="Arial Narrow"/>
          <w:color w:val="auto"/>
          <w:sz w:val="22"/>
          <w:szCs w:val="22"/>
          <w:lang w:val="it-IT"/>
        </w:rPr>
        <w:t>che la presente manifestazione non costituisce prenotazione o blocco di camere e non determina alcun rapporto contrattuale o economico con la ASL n. 5 di Oristano;</w:t>
      </w:r>
    </w:p>
    <w:p>
      <w:pPr>
        <w:pStyle w:val="Normal"/>
        <w:ind w:left="227" w:hanging="0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4. </w:t>
      </w:r>
      <w:r>
        <w:rPr>
          <w:rFonts w:ascii="Arial Narrow" w:hAnsi="Arial Narrow"/>
          <w:color w:val="auto"/>
          <w:sz w:val="22"/>
          <w:szCs w:val="22"/>
          <w:lang w:val="it-IT"/>
        </w:rPr>
        <w:t>di manifestare la propria disponibilità di massima all’accoglienza di professionisti sanitari provenienti dall’estero secondo le informazioni di seguito riportate.</w:t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AMBITO TERRITORIALE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 xml:space="preserve">☐ </w:t>
      </w:r>
      <w:r>
        <w:rPr>
          <w:rFonts w:ascii="Arial Narrow" w:hAnsi="Arial Narrow"/>
          <w:color w:val="auto"/>
          <w:sz w:val="22"/>
          <w:szCs w:val="22"/>
          <w:lang w:val="it-IT"/>
        </w:rPr>
        <w:t>Oristano e/o comuni immediatamente limitrofi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 xml:space="preserve">☐ </w:t>
      </w:r>
      <w:r>
        <w:rPr>
          <w:rFonts w:ascii="Arial Narrow" w:hAnsi="Arial Narrow"/>
          <w:color w:val="auto"/>
          <w:sz w:val="22"/>
          <w:szCs w:val="22"/>
          <w:lang w:val="it-IT"/>
        </w:rPr>
        <w:t>Bosa e/o comuni immediatamente limitrofi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 xml:space="preserve">☐ </w:t>
      </w:r>
      <w:r>
        <w:rPr>
          <w:rFonts w:ascii="Arial Narrow" w:hAnsi="Arial Narrow"/>
          <w:color w:val="auto"/>
          <w:sz w:val="22"/>
          <w:szCs w:val="22"/>
          <w:lang w:val="it-IT"/>
        </w:rPr>
        <w:t>Ghilarza e/o comuni immediatamente limitrofi</w:t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DISPONIBILITÀ RICETTIVA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Numero indicativo di camere singole potenzialmente disponibili: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Accesso alla struttura: </w:t>
      </w:r>
      <w:r>
        <w:rPr>
          <w:rFonts w:ascii="Arial Narrow" w:hAnsi="Arial Narrow"/>
          <w:color w:val="auto"/>
          <w:sz w:val="22"/>
          <w:szCs w:val="22"/>
          <w:lang w:val="it-IT"/>
        </w:rPr>
        <w:t>☐ H24   ☐ con limitazioni di orario, specificare: 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Data indicativa dalla quale potrebbe essere disponibile l’accoglienza: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SERVIZI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Prima colazione: </w:t>
      </w:r>
      <w:r>
        <w:rPr>
          <w:rFonts w:ascii="Arial Narrow" w:hAnsi="Arial Narrow"/>
          <w:color w:val="auto"/>
          <w:sz w:val="22"/>
          <w:szCs w:val="22"/>
          <w:lang w:val="it-IT"/>
        </w:rPr>
        <w:t>☐ compresa   ☐ disponibile separatamente   ☐ non disponibile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Ulteriori servizi disponibili, ove presenti:</w:t>
        <w:br/>
        <w:t>☐ Wi-Fi   ☐ climatizzazione   ☐ servizio lavanderia   ☐ possibilità di utilizzo frigorifero</w:t>
        <w:br/>
        <w:t>☐ cucina/spazio per preparazione pasti   ☐ servizio di pulizia periodica   ☐ cambio biancheria</w:t>
        <w:br/>
        <w:t>☐ parcheggio   ☐ altro: 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/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SISTEMAZIONE ALLOGGIATIVA</w:t>
      </w:r>
    </w:p>
    <w:p>
      <w:pPr>
        <w:pStyle w:val="Normal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Il sottoscritto dichiara che, in caso di successivo accordo con il singolo professionista, la struttura consentirà l’indicazione dell’indirizzo sopra riportato quale sistemazione alloggiativa nell’ambito delle procedure amministrative connesse all’ingresso e al soggiorno in Italia e, ove richiesto, si rende disponibile a rilasciare la relativa conferma o attestazione dell’ospitalità.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INDICAZIONI ECONOMICHE</w:t>
      </w:r>
    </w:p>
    <w:p>
      <w:pPr>
        <w:pStyle w:val="Normal"/>
        <w:jc w:val="both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i/>
          <w:color w:val="auto"/>
          <w:sz w:val="22"/>
          <w:szCs w:val="22"/>
          <w:lang w:val="it-IT"/>
        </w:rPr>
        <w:t>Gli importi  indicati hanno carattere esclusivamente informativo e non costituiscono offerta economica né impegno contrattuale.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Tariffa mensile </w:t>
      </w:r>
      <w:r>
        <w:rPr>
          <w:rFonts w:ascii="Arial Narrow" w:hAnsi="Arial Narrow"/>
          <w:b/>
          <w:color w:val="000000"/>
          <w:sz w:val="22"/>
          <w:szCs w:val="22"/>
          <w:shd w:fill="auto" w:val="clear"/>
          <w:lang w:val="it-IT"/>
        </w:rPr>
        <w:t xml:space="preserve">indicativamente </w:t>
      </w: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praticabile per soggiorni prolungati: </w:t>
      </w:r>
      <w:r>
        <w:rPr>
          <w:rFonts w:ascii="Arial Narrow" w:hAnsi="Arial Narrow"/>
          <w:color w:val="auto"/>
          <w:sz w:val="22"/>
          <w:szCs w:val="22"/>
          <w:lang w:val="it-IT"/>
        </w:rPr>
        <w:t>€ 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Tariffa giornaliera</w:t>
      </w:r>
      <w:r>
        <w:rPr>
          <w:rFonts w:ascii="Arial Narrow" w:hAnsi="Arial Narrow"/>
          <w:b/>
          <w:color w:val="000000"/>
          <w:sz w:val="22"/>
          <w:szCs w:val="22"/>
          <w:shd w:fill="auto" w:val="clear"/>
          <w:lang w:val="it-IT"/>
        </w:rPr>
        <w:t xml:space="preserve"> indicativa</w:t>
      </w: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: </w:t>
      </w:r>
      <w:r>
        <w:rPr>
          <w:rFonts w:ascii="Arial Narrow" w:hAnsi="Arial Narrow"/>
          <w:color w:val="auto"/>
          <w:sz w:val="22"/>
          <w:szCs w:val="22"/>
          <w:lang w:val="it-IT"/>
        </w:rPr>
        <w:t>€ 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Eventuali precisazioni sulle tariffe o sui periodi di applicazione: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____________________________________________________________________________</w:t>
      </w:r>
    </w:p>
    <w:p>
      <w:pPr>
        <w:pStyle w:val="Titolo1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ULTERIORI INFORMAZIONI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____________________________________________________________________________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Informativa sulla trasmissione dei dati. </w:t>
      </w:r>
      <w:r>
        <w:rPr>
          <w:rFonts w:ascii="Arial Narrow" w:hAnsi="Arial Narrow"/>
          <w:color w:val="auto"/>
          <w:sz w:val="22"/>
          <w:szCs w:val="22"/>
          <w:lang w:val="it-IT"/>
        </w:rPr>
        <w:t>Il sottoscritto prende atto che i dati relativi alla struttura e alla disponibilità dichiarata potranno essere trasmessi alla Regione Autonoma della Sardegna, all’operatore economico incaricato delle attività di supporto al reclutamento dei professionisti sanitari e agli ulteriori soggetti istituzionalmente coinvolti nell’iniziativa.</w:t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color w:val="auto"/>
          <w:sz w:val="22"/>
          <w:szCs w:val="22"/>
          <w:lang w:val="it-IT"/>
        </w:rPr>
      </w:r>
    </w:p>
    <w:p>
      <w:pPr>
        <w:pStyle w:val="Normal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 xml:space="preserve">Luogo e data: </w:t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</w:t>
      </w:r>
    </w:p>
    <w:p>
      <w:pPr>
        <w:pStyle w:val="Normal"/>
        <w:jc w:val="right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b/>
          <w:color w:val="auto"/>
          <w:sz w:val="22"/>
          <w:szCs w:val="22"/>
          <w:lang w:val="it-IT"/>
        </w:rPr>
        <w:t>Firma</w:t>
        <w:br/>
      </w:r>
      <w:r>
        <w:rPr>
          <w:rFonts w:ascii="Arial Narrow" w:hAnsi="Arial Narrow"/>
          <w:color w:val="auto"/>
          <w:sz w:val="22"/>
          <w:szCs w:val="22"/>
          <w:lang w:val="it-IT"/>
        </w:rPr>
        <w:t>________________________________________</w:t>
      </w:r>
    </w:p>
    <w:p>
      <w:pPr>
        <w:pStyle w:val="Normal"/>
        <w:spacing w:before="0" w:after="80"/>
        <w:rPr>
          <w:rFonts w:ascii="Arial Narrow" w:hAnsi="Arial Narrow"/>
          <w:color w:val="auto"/>
          <w:sz w:val="22"/>
          <w:szCs w:val="22"/>
          <w:lang w:val="it-IT"/>
        </w:rPr>
      </w:pPr>
      <w:r>
        <w:rPr>
          <w:rFonts w:ascii="Arial Narrow" w:hAnsi="Arial Narrow"/>
          <w:i/>
          <w:color w:val="auto"/>
          <w:sz w:val="22"/>
          <w:szCs w:val="22"/>
          <w:lang w:val="it-IT"/>
        </w:rPr>
        <w:t>Allegare copia del documento di identità esclusivamente in caso di sottoscrizione autografa.</w:t>
      </w:r>
    </w:p>
    <w:sectPr>
      <w:headerReference w:type="default" r:id="rId2"/>
      <w:footerReference w:type="default" r:id="rId3"/>
      <w:type w:val="nextPage"/>
      <w:pgSz w:w="12240" w:h="15840"/>
      <w:pgMar w:left="1247" w:right="1247" w:header="720" w:top="1134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rFonts w:ascii="Arial" w:hAnsi="Arial"/>
        <w:sz w:val="16"/>
      </w:rPr>
    </w:pPr>
    <w:r>
      <w:rPr>
        <w:sz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>
        <w:rFonts w:ascii="Arial" w:hAnsi="Arial"/>
        <w:b/>
        <w:b/>
        <w:sz w:val="18"/>
      </w:rPr>
    </w:pPr>
    <w:r>
      <w:rPr>
        <w:b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200"/>
  <w:revisionView w:insDel="0" w:formatting="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2" w:before="0" w:after="80"/>
      <w:jc w:val="lef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8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2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nfasi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8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it-IT" w:eastAsia="en-US" w:bidi="ar-SA"/>
    </w:rPr>
  </w:style>
  <w:style w:type="paragraph" w:styleId="Titoloprincipa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17365D" w:themeColor="text2" w:themeShade="bf"/>
      <w:spacing w:val="5"/>
      <w:kern w:val="2"/>
      <w:sz w:val="28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8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it-IT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itoloindiceanalitico">
    <w:name w:val="Index Heading"/>
    <w:basedOn w:val="Titolo"/>
    <w:pPr/>
    <w:rPr/>
  </w:style>
  <w:style w:type="paragraph" w:styleId="TOCHeading">
    <w:name w:val="TOC Heading"/>
    <w:basedOn w:val="Titolo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LibreOffice/7.0.4.2$Windows_X86_64 LibreOffice_project/dcf040e67528d9187c66b2379df5ea4407429775</Application>
  <AppVersion>15.0000</AppVersion>
  <Pages>3</Pages>
  <Words>428</Words>
  <Characters>4150</Characters>
  <CharactersWithSpaces>4550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2026-09-10T12:02:30Z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